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27F5C" w:rsidRPr="00E27ADA" w:rsidRDefault="00C626A9">
      <w:pPr>
        <w:pStyle w:val="Heading1"/>
        <w:jc w:val="center"/>
        <w:rPr>
          <w:rFonts w:ascii="Times New Roman" w:hAnsi="Times New Roman" w:cs="Times New Roman"/>
          <w:sz w:val="52"/>
        </w:rPr>
      </w:pPr>
      <w:r w:rsidRPr="00E27ADA">
        <w:rPr>
          <w:rFonts w:ascii="Times New Roman" w:hAnsi="Times New Roman" w:cs="Times New Roman"/>
          <w:sz w:val="52"/>
        </w:rPr>
        <w:t>RESUME</w:t>
      </w:r>
    </w:p>
    <w:p w:rsidR="00827F5C" w:rsidRPr="00E27ADA" w:rsidRDefault="00C626A9" w:rsidP="00C626A9">
      <w:pPr>
        <w:spacing w:line="240" w:lineRule="auto"/>
        <w:rPr>
          <w:b/>
        </w:rPr>
      </w:pPr>
      <w:r w:rsidRPr="00E27ADA">
        <w:rPr>
          <w:b/>
        </w:rPr>
        <w:t>Name: ________________________________</w:t>
      </w:r>
    </w:p>
    <w:p w:rsidR="00827F5C" w:rsidRPr="00E27ADA" w:rsidRDefault="00C626A9" w:rsidP="00C626A9">
      <w:pPr>
        <w:spacing w:line="240" w:lineRule="auto"/>
        <w:rPr>
          <w:b/>
        </w:rPr>
      </w:pPr>
      <w:r w:rsidRPr="00E27ADA">
        <w:rPr>
          <w:b/>
        </w:rPr>
        <w:t>Mobile: +91 ___________________________</w:t>
      </w:r>
    </w:p>
    <w:p w:rsidR="00827F5C" w:rsidRPr="00E27ADA" w:rsidRDefault="00C626A9" w:rsidP="00C626A9">
      <w:pPr>
        <w:spacing w:line="240" w:lineRule="auto"/>
        <w:rPr>
          <w:b/>
        </w:rPr>
      </w:pPr>
      <w:r w:rsidRPr="00E27ADA">
        <w:rPr>
          <w:b/>
        </w:rPr>
        <w:t>Email: _______________________________</w:t>
      </w:r>
    </w:p>
    <w:p w:rsidR="00827F5C" w:rsidRPr="00E27ADA" w:rsidRDefault="00C626A9">
      <w:pPr>
        <w:pStyle w:val="Heading2"/>
        <w:rPr>
          <w:sz w:val="28"/>
        </w:rPr>
      </w:pPr>
      <w:r w:rsidRPr="00E27ADA">
        <w:rPr>
          <w:sz w:val="28"/>
        </w:rPr>
        <w:t>CAREER OBJECTIVE</w:t>
      </w:r>
    </w:p>
    <w:p w:rsidR="00827F5C" w:rsidRDefault="00C626A9" w:rsidP="001831E9">
      <w:pPr>
        <w:jc w:val="both"/>
      </w:pPr>
      <w:r>
        <w:t>A result-oriented and dedicated Bachelor of Hospital Management (Session</w:t>
      </w:r>
      <w:r>
        <w:t xml:space="preserve"> 2019–23) graduate with strong knowledge in hospital operations, administration, and patient care coordination. Seeking an opportunity in a reputed healthcare organization to utilize my management skills for improving operational efficiency and patient sat</w:t>
      </w:r>
      <w:r>
        <w:t>isfaction.</w:t>
      </w:r>
    </w:p>
    <w:p w:rsidR="00827F5C" w:rsidRPr="00E27ADA" w:rsidRDefault="00C626A9">
      <w:pPr>
        <w:pStyle w:val="Heading2"/>
        <w:rPr>
          <w:sz w:val="28"/>
        </w:rPr>
      </w:pPr>
      <w:r w:rsidRPr="00E27ADA">
        <w:rPr>
          <w:sz w:val="28"/>
        </w:rPr>
        <w:t>ACADEMIC QUALIFICATION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668"/>
        <w:gridCol w:w="2835"/>
        <w:gridCol w:w="2007"/>
        <w:gridCol w:w="2812"/>
        <w:gridCol w:w="1451"/>
      </w:tblGrid>
      <w:tr w:rsidR="00827F5C" w:rsidTr="001831E9">
        <w:trPr>
          <w:trHeight w:val="548"/>
        </w:trPr>
        <w:tc>
          <w:tcPr>
            <w:tcW w:w="1668" w:type="dxa"/>
          </w:tcPr>
          <w:p w:rsidR="00827F5C" w:rsidRDefault="00C626A9">
            <w:r>
              <w:t>Qualification</w:t>
            </w:r>
          </w:p>
        </w:tc>
        <w:tc>
          <w:tcPr>
            <w:tcW w:w="2835" w:type="dxa"/>
          </w:tcPr>
          <w:p w:rsidR="00827F5C" w:rsidRDefault="00C626A9">
            <w:r>
              <w:t>Institution Name</w:t>
            </w:r>
          </w:p>
        </w:tc>
        <w:tc>
          <w:tcPr>
            <w:tcW w:w="2007" w:type="dxa"/>
          </w:tcPr>
          <w:p w:rsidR="00827F5C" w:rsidRDefault="00C626A9">
            <w:r>
              <w:t>Board/University</w:t>
            </w:r>
          </w:p>
        </w:tc>
        <w:tc>
          <w:tcPr>
            <w:tcW w:w="2812" w:type="dxa"/>
          </w:tcPr>
          <w:p w:rsidR="00827F5C" w:rsidRDefault="00C626A9">
            <w:r>
              <w:t>Year of Passing</w:t>
            </w:r>
          </w:p>
        </w:tc>
        <w:tc>
          <w:tcPr>
            <w:tcW w:w="1451" w:type="dxa"/>
          </w:tcPr>
          <w:p w:rsidR="00827F5C" w:rsidRDefault="00C626A9">
            <w:r>
              <w:t>Percentage/CGPA</w:t>
            </w:r>
          </w:p>
        </w:tc>
      </w:tr>
      <w:tr w:rsidR="00827F5C" w:rsidTr="001831E9">
        <w:trPr>
          <w:trHeight w:val="1013"/>
        </w:trPr>
        <w:tc>
          <w:tcPr>
            <w:tcW w:w="1668" w:type="dxa"/>
          </w:tcPr>
          <w:p w:rsidR="00827F5C" w:rsidRDefault="00C626A9">
            <w:r>
              <w:t>Bachelor of Hospital Management</w:t>
            </w:r>
          </w:p>
        </w:tc>
        <w:tc>
          <w:tcPr>
            <w:tcW w:w="2835" w:type="dxa"/>
          </w:tcPr>
          <w:p w:rsidR="00827F5C" w:rsidRDefault="00C626A9">
            <w:r>
              <w:t>Dhanarua School of Nursing &amp; Paramedics, Patna</w:t>
            </w:r>
          </w:p>
        </w:tc>
        <w:tc>
          <w:tcPr>
            <w:tcW w:w="2007" w:type="dxa"/>
          </w:tcPr>
          <w:p w:rsidR="00827F5C" w:rsidRDefault="00C626A9">
            <w:r>
              <w:t>Aryabhatta Knowledge University, Patna</w:t>
            </w:r>
          </w:p>
        </w:tc>
        <w:tc>
          <w:tcPr>
            <w:tcW w:w="2812" w:type="dxa"/>
          </w:tcPr>
          <w:p w:rsidR="00827F5C" w:rsidRDefault="00C626A9">
            <w:r>
              <w:t>2023</w:t>
            </w:r>
          </w:p>
        </w:tc>
        <w:tc>
          <w:tcPr>
            <w:tcW w:w="1451" w:type="dxa"/>
          </w:tcPr>
          <w:p w:rsidR="00827F5C" w:rsidRDefault="00C626A9">
            <w:r>
              <w:t>___%</w:t>
            </w:r>
          </w:p>
        </w:tc>
      </w:tr>
      <w:tr w:rsidR="00827F5C" w:rsidTr="001831E9">
        <w:trPr>
          <w:trHeight w:val="632"/>
        </w:trPr>
        <w:tc>
          <w:tcPr>
            <w:tcW w:w="1668" w:type="dxa"/>
          </w:tcPr>
          <w:p w:rsidR="00827F5C" w:rsidRDefault="00C626A9">
            <w:r>
              <w:t>Intermediate</w:t>
            </w:r>
            <w:r>
              <w:t xml:space="preserve"> (10+2)</w:t>
            </w:r>
          </w:p>
        </w:tc>
        <w:tc>
          <w:tcPr>
            <w:tcW w:w="2835" w:type="dxa"/>
          </w:tcPr>
          <w:p w:rsidR="00827F5C" w:rsidRDefault="00C626A9">
            <w:r>
              <w:t>_____________________</w:t>
            </w:r>
          </w:p>
        </w:tc>
        <w:tc>
          <w:tcPr>
            <w:tcW w:w="2007" w:type="dxa"/>
          </w:tcPr>
          <w:p w:rsidR="00827F5C" w:rsidRDefault="00C626A9">
            <w:r>
              <w:t>BSEB</w:t>
            </w:r>
          </w:p>
        </w:tc>
        <w:tc>
          <w:tcPr>
            <w:tcW w:w="2812" w:type="dxa"/>
          </w:tcPr>
          <w:p w:rsidR="00827F5C" w:rsidRDefault="00C626A9">
            <w:r>
              <w:t>2019</w:t>
            </w:r>
          </w:p>
        </w:tc>
        <w:tc>
          <w:tcPr>
            <w:tcW w:w="1451" w:type="dxa"/>
          </w:tcPr>
          <w:p w:rsidR="00827F5C" w:rsidRDefault="00C626A9">
            <w:r>
              <w:t>___%</w:t>
            </w:r>
          </w:p>
        </w:tc>
      </w:tr>
      <w:tr w:rsidR="00827F5C" w:rsidTr="001831E9">
        <w:trPr>
          <w:trHeight w:val="630"/>
        </w:trPr>
        <w:tc>
          <w:tcPr>
            <w:tcW w:w="1668" w:type="dxa"/>
          </w:tcPr>
          <w:p w:rsidR="00827F5C" w:rsidRDefault="00C626A9">
            <w:r>
              <w:t>Matriculation (10th)</w:t>
            </w:r>
          </w:p>
        </w:tc>
        <w:tc>
          <w:tcPr>
            <w:tcW w:w="2835" w:type="dxa"/>
          </w:tcPr>
          <w:p w:rsidR="00827F5C" w:rsidRDefault="00C626A9">
            <w:r>
              <w:t>_____________________</w:t>
            </w:r>
          </w:p>
        </w:tc>
        <w:tc>
          <w:tcPr>
            <w:tcW w:w="2007" w:type="dxa"/>
          </w:tcPr>
          <w:p w:rsidR="00827F5C" w:rsidRDefault="001831E9">
            <w:r>
              <w:t>CBSE</w:t>
            </w:r>
          </w:p>
        </w:tc>
        <w:tc>
          <w:tcPr>
            <w:tcW w:w="2812" w:type="dxa"/>
          </w:tcPr>
          <w:p w:rsidR="00827F5C" w:rsidRDefault="00C626A9">
            <w:r>
              <w:t>2017</w:t>
            </w:r>
          </w:p>
        </w:tc>
        <w:tc>
          <w:tcPr>
            <w:tcW w:w="1451" w:type="dxa"/>
          </w:tcPr>
          <w:p w:rsidR="00827F5C" w:rsidRDefault="00C626A9">
            <w:r>
              <w:t>___%</w:t>
            </w:r>
          </w:p>
        </w:tc>
      </w:tr>
    </w:tbl>
    <w:p w:rsidR="00827F5C" w:rsidRPr="00E27ADA" w:rsidRDefault="00C626A9">
      <w:pPr>
        <w:pStyle w:val="Heading2"/>
        <w:rPr>
          <w:sz w:val="28"/>
        </w:rPr>
      </w:pPr>
      <w:r w:rsidRPr="00E27ADA">
        <w:rPr>
          <w:sz w:val="28"/>
        </w:rPr>
        <w:t>INTERNSHIP DETAILS</w:t>
      </w:r>
    </w:p>
    <w:p w:rsidR="00827F5C" w:rsidRPr="00C626A9" w:rsidRDefault="00C626A9">
      <w:pPr>
        <w:rPr>
          <w:b/>
        </w:rPr>
      </w:pPr>
      <w:r w:rsidRPr="00E27ADA">
        <w:rPr>
          <w:b/>
        </w:rPr>
        <w:t>Organization: Himalaya Medical College &amp; Hospital, Patna</w:t>
      </w:r>
      <w:r>
        <w:rPr>
          <w:b/>
        </w:rPr>
        <w:t xml:space="preserve">: </w:t>
      </w:r>
      <w:r w:rsidRPr="00C626A9">
        <w:rPr>
          <w:b/>
        </w:rPr>
        <w:t>(</w:t>
      </w:r>
      <w:r w:rsidRPr="00C626A9">
        <w:rPr>
          <w:b/>
        </w:rPr>
        <w:t>Duration: August 2022 – July 2023)</w:t>
      </w:r>
    </w:p>
    <w:p w:rsidR="00827F5C" w:rsidRPr="00E27ADA" w:rsidRDefault="00C626A9">
      <w:pPr>
        <w:rPr>
          <w:b/>
        </w:rPr>
      </w:pPr>
      <w:r w:rsidRPr="00E27ADA">
        <w:rPr>
          <w:b/>
        </w:rPr>
        <w:t>Department Rotations:</w:t>
      </w:r>
    </w:p>
    <w:p w:rsidR="00827F5C" w:rsidRDefault="00C626A9" w:rsidP="00C626A9">
      <w:pPr>
        <w:spacing w:line="240" w:lineRule="auto"/>
      </w:pPr>
      <w:r>
        <w:t xml:space="preserve">• Outpatient and </w:t>
      </w:r>
      <w:r>
        <w:t>Inpatient Department Management</w:t>
      </w:r>
    </w:p>
    <w:p w:rsidR="00827F5C" w:rsidRDefault="00C626A9" w:rsidP="00C626A9">
      <w:pPr>
        <w:spacing w:line="240" w:lineRule="auto"/>
      </w:pPr>
      <w:r>
        <w:t>• Human Resource and Administration</w:t>
      </w:r>
    </w:p>
    <w:p w:rsidR="00827F5C" w:rsidRDefault="00C626A9" w:rsidP="00C626A9">
      <w:pPr>
        <w:spacing w:line="240" w:lineRule="auto"/>
      </w:pPr>
      <w:r>
        <w:t>• Billing and Medical Records Department</w:t>
      </w:r>
    </w:p>
    <w:p w:rsidR="00827F5C" w:rsidRDefault="00C626A9" w:rsidP="00C626A9">
      <w:pPr>
        <w:spacing w:line="240" w:lineRule="auto"/>
      </w:pPr>
      <w:r>
        <w:t>• Inventory and Supply Chain Management</w:t>
      </w:r>
    </w:p>
    <w:p w:rsidR="00827F5C" w:rsidRDefault="00C626A9" w:rsidP="00C626A9">
      <w:pPr>
        <w:spacing w:line="240" w:lineRule="auto"/>
      </w:pPr>
      <w:r>
        <w:t>• Quality Control and Patient Feedback Section</w:t>
      </w:r>
    </w:p>
    <w:p w:rsidR="00827F5C" w:rsidRPr="00E27ADA" w:rsidRDefault="00C626A9">
      <w:pPr>
        <w:pStyle w:val="Heading2"/>
        <w:rPr>
          <w:sz w:val="28"/>
        </w:rPr>
      </w:pPr>
      <w:r w:rsidRPr="00E27ADA">
        <w:rPr>
          <w:sz w:val="28"/>
        </w:rPr>
        <w:t>PROFESSIONAL SKILLS</w:t>
      </w:r>
    </w:p>
    <w:p w:rsidR="00827F5C" w:rsidRDefault="00C626A9">
      <w:r>
        <w:t>• Hospital and healthcare operations man</w:t>
      </w:r>
      <w:r>
        <w:t>agement</w:t>
      </w:r>
    </w:p>
    <w:p w:rsidR="00827F5C" w:rsidRDefault="00C626A9">
      <w:r>
        <w:t>• Patient service coordination and front office management</w:t>
      </w:r>
    </w:p>
    <w:p w:rsidR="00827F5C" w:rsidRDefault="00C626A9">
      <w:r>
        <w:t>• Knowledge of NABH standards and documentation</w:t>
      </w:r>
    </w:p>
    <w:p w:rsidR="00827F5C" w:rsidRDefault="00C626A9">
      <w:r>
        <w:t>• Staff supervision and HR management skills</w:t>
      </w:r>
    </w:p>
    <w:p w:rsidR="00827F5C" w:rsidRDefault="00C626A9">
      <w:r>
        <w:lastRenderedPageBreak/>
        <w:t>• Inventory and material management in hospitals</w:t>
      </w:r>
    </w:p>
    <w:p w:rsidR="00827F5C" w:rsidRDefault="00C626A9">
      <w:r>
        <w:t>• Hospital billing and patient record handling</w:t>
      </w:r>
    </w:p>
    <w:p w:rsidR="00827F5C" w:rsidRPr="00E27ADA" w:rsidRDefault="00C626A9">
      <w:pPr>
        <w:pStyle w:val="Heading2"/>
        <w:rPr>
          <w:sz w:val="28"/>
        </w:rPr>
      </w:pPr>
      <w:r w:rsidRPr="00E27ADA">
        <w:rPr>
          <w:sz w:val="28"/>
        </w:rPr>
        <w:t>PROJECT / RESEARCH WORK</w:t>
      </w:r>
    </w:p>
    <w:p w:rsidR="00827F5C" w:rsidRDefault="00C626A9">
      <w:r>
        <w:t>Title: ___________________________________________</w:t>
      </w:r>
    </w:p>
    <w:p w:rsidR="00827F5C" w:rsidRDefault="00C626A9">
      <w:r>
        <w:t>Guide: ___________________________________________</w:t>
      </w:r>
    </w:p>
    <w:p w:rsidR="00827F5C" w:rsidRPr="00E27ADA" w:rsidRDefault="00C626A9">
      <w:pPr>
        <w:pStyle w:val="Heading2"/>
        <w:rPr>
          <w:sz w:val="28"/>
        </w:rPr>
      </w:pPr>
      <w:r w:rsidRPr="00E27ADA">
        <w:rPr>
          <w:sz w:val="28"/>
        </w:rPr>
        <w:t>WORKSHOPS &amp; TRAININGS</w:t>
      </w:r>
    </w:p>
    <w:p w:rsidR="00827F5C" w:rsidRDefault="00C626A9">
      <w:r>
        <w:t>• Workshop on “Hospital Quality Management and NABH Standards” – 2022</w:t>
      </w:r>
    </w:p>
    <w:p w:rsidR="00827F5C" w:rsidRDefault="00C626A9">
      <w:r>
        <w:t xml:space="preserve">• Basic Life Support (BLS) </w:t>
      </w:r>
      <w:r>
        <w:t>Certification – 2023</w:t>
      </w:r>
    </w:p>
    <w:p w:rsidR="00827F5C" w:rsidRDefault="00C626A9">
      <w:r>
        <w:t>• Hands-on Training on Laboratory Safety and Infection Control – 2023</w:t>
      </w:r>
    </w:p>
    <w:p w:rsidR="00827F5C" w:rsidRPr="00E27ADA" w:rsidRDefault="00C626A9">
      <w:pPr>
        <w:pStyle w:val="Heading2"/>
        <w:rPr>
          <w:sz w:val="28"/>
        </w:rPr>
      </w:pPr>
      <w:r w:rsidRPr="00E27ADA">
        <w:rPr>
          <w:sz w:val="28"/>
        </w:rPr>
        <w:t>TECHNICAL &amp; DIGITAL SKILLS</w:t>
      </w:r>
    </w:p>
    <w:p w:rsidR="00827F5C" w:rsidRDefault="00C626A9">
      <w:r>
        <w:t>• MS Office (Word, Excel, PowerPoint)</w:t>
      </w:r>
    </w:p>
    <w:p w:rsidR="00827F5C" w:rsidRDefault="00C626A9">
      <w:r>
        <w:t>• Hospital Information System (HIS) / Laboratory Information System (LIS)</w:t>
      </w:r>
    </w:p>
    <w:p w:rsidR="00827F5C" w:rsidRDefault="00C626A9">
      <w:r>
        <w:t>• Basic Computer Knowledge</w:t>
      </w:r>
    </w:p>
    <w:p w:rsidR="00827F5C" w:rsidRDefault="00C626A9">
      <w:r>
        <w:t>• Report generation and digital documentation</w:t>
      </w:r>
    </w:p>
    <w:p w:rsidR="00827F5C" w:rsidRPr="00E27ADA" w:rsidRDefault="00C626A9">
      <w:pPr>
        <w:pStyle w:val="Heading2"/>
        <w:rPr>
          <w:sz w:val="28"/>
        </w:rPr>
      </w:pPr>
      <w:r w:rsidRPr="00E27ADA">
        <w:rPr>
          <w:sz w:val="28"/>
        </w:rPr>
        <w:t>PERSONAL SKILLS</w:t>
      </w:r>
    </w:p>
    <w:p w:rsidR="00827F5C" w:rsidRDefault="00C626A9">
      <w:r>
        <w:t>• Good communication and interpersonal skills</w:t>
      </w:r>
    </w:p>
    <w:p w:rsidR="00827F5C" w:rsidRDefault="00C626A9">
      <w:r>
        <w:t>• Ability to work in a team environment</w:t>
      </w:r>
    </w:p>
    <w:p w:rsidR="00827F5C" w:rsidRDefault="00C626A9">
      <w:r>
        <w:t>• Quick learner and adaptable to new situations</w:t>
      </w:r>
    </w:p>
    <w:p w:rsidR="00827F5C" w:rsidRDefault="00C626A9">
      <w:r>
        <w:t>• Commitment to ethical and professional conduct</w:t>
      </w:r>
    </w:p>
    <w:p w:rsidR="00827F5C" w:rsidRPr="00E27ADA" w:rsidRDefault="00C626A9">
      <w:pPr>
        <w:pStyle w:val="Heading2"/>
        <w:rPr>
          <w:sz w:val="28"/>
        </w:rPr>
      </w:pPr>
      <w:r w:rsidRPr="00E27ADA">
        <w:rPr>
          <w:sz w:val="28"/>
        </w:rPr>
        <w:t>PERSONAL D</w:t>
      </w:r>
      <w:r w:rsidRPr="00E27ADA">
        <w:rPr>
          <w:sz w:val="28"/>
        </w:rPr>
        <w:t>ETAILS</w:t>
      </w:r>
    </w:p>
    <w:p w:rsidR="00827F5C" w:rsidRDefault="00C626A9">
      <w:r>
        <w:t>Date of Birth: ___________________</w:t>
      </w:r>
    </w:p>
    <w:p w:rsidR="00827F5C" w:rsidRDefault="00C626A9">
      <w:r>
        <w:t>Gender: ________________________</w:t>
      </w:r>
    </w:p>
    <w:p w:rsidR="00827F5C" w:rsidRDefault="00C626A9">
      <w:r>
        <w:t>Marital Status: _________________</w:t>
      </w:r>
    </w:p>
    <w:p w:rsidR="00827F5C" w:rsidRDefault="00C626A9">
      <w:r>
        <w:t>Languages Known: ______________</w:t>
      </w:r>
    </w:p>
    <w:p w:rsidR="00827F5C" w:rsidRDefault="00C626A9">
      <w:r>
        <w:t>Nationality: Indian</w:t>
      </w:r>
    </w:p>
    <w:p w:rsidR="00E27ADA" w:rsidRDefault="00E27ADA" w:rsidP="00E27ADA">
      <w:pPr>
        <w:pStyle w:val="Heading2"/>
      </w:pPr>
      <w:r>
        <w:t>DECLARATION</w:t>
      </w:r>
    </w:p>
    <w:p w:rsidR="00E27ADA" w:rsidRDefault="00E27ADA" w:rsidP="00E27ADA">
      <w:r>
        <w:t>I hereby declare that the above information is true and correct to the best of my knowledge and belief.</w:t>
      </w:r>
    </w:p>
    <w:p w:rsidR="00E27ADA" w:rsidRDefault="00E27ADA" w:rsidP="00E27ADA"/>
    <w:p w:rsidR="00E27ADA" w:rsidRDefault="00E27ADA" w:rsidP="00E27ADA">
      <w:r>
        <w:t xml:space="preserve">Place: ____________________________ 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(Signature)</w:t>
      </w:r>
    </w:p>
    <w:p w:rsidR="00E27ADA" w:rsidRDefault="00E27ADA" w:rsidP="00E27ADA">
      <w:r>
        <w:t xml:space="preserve">Date: _____________________________ </w:t>
      </w:r>
      <w:r>
        <w:tab/>
      </w:r>
      <w:r>
        <w:tab/>
      </w:r>
      <w:r>
        <w:tab/>
      </w:r>
      <w:r>
        <w:tab/>
      </w:r>
      <w:r>
        <w:tab/>
      </w:r>
      <w:r>
        <w:tab/>
        <w:t>Name: ____________________________</w:t>
      </w:r>
      <w:bookmarkStart w:id="0" w:name="_GoBack"/>
      <w:bookmarkEnd w:id="0"/>
    </w:p>
    <w:sectPr w:rsidR="00E27ADA" w:rsidSect="00E27ADA">
      <w:pgSz w:w="12240" w:h="15840"/>
      <w:pgMar w:top="720" w:right="720" w:bottom="720" w:left="720" w:header="720" w:footer="720" w:gutter="0"/>
      <w:pgBorders w:offsetFrom="page">
        <w:top w:val="single" w:sz="4" w:space="24" w:color="auto" w:shadow="1"/>
        <w:left w:val="single" w:sz="4" w:space="24" w:color="auto" w:shadow="1"/>
        <w:bottom w:val="single" w:sz="4" w:space="24" w:color="auto" w:shadow="1"/>
        <w:right w:val="single" w:sz="4" w:space="24" w:color="auto" w:shadow="1"/>
      </w:pgBorders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MS Gothic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1831E9"/>
    <w:rsid w:val="0029639D"/>
    <w:rsid w:val="00326F90"/>
    <w:rsid w:val="00827F5C"/>
    <w:rsid w:val="00AA1D8D"/>
    <w:rsid w:val="00B47730"/>
    <w:rsid w:val="00C626A9"/>
    <w:rsid w:val="00CB0664"/>
    <w:rsid w:val="00E27ADA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274B1736-1F4A-49FD-8818-58F62B69C50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397</Words>
  <Characters>2265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2657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HP</cp:lastModifiedBy>
  <cp:revision>4</cp:revision>
  <dcterms:created xsi:type="dcterms:W3CDTF">2013-12-23T23:15:00Z</dcterms:created>
  <dcterms:modified xsi:type="dcterms:W3CDTF">2025-10-14T17:30:00Z</dcterms:modified>
  <cp:category/>
</cp:coreProperties>
</file>