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0FA" w:rsidRPr="00677C22" w:rsidRDefault="00007E6B">
      <w:pPr>
        <w:pStyle w:val="Heading1"/>
        <w:jc w:val="center"/>
        <w:rPr>
          <w:sz w:val="56"/>
          <w:u w:val="single"/>
        </w:rPr>
      </w:pPr>
      <w:r w:rsidRPr="00677C22">
        <w:rPr>
          <w:sz w:val="56"/>
          <w:u w:val="single"/>
        </w:rPr>
        <w:t>RESUME</w:t>
      </w:r>
    </w:p>
    <w:p w:rsidR="00CE40FA" w:rsidRDefault="00007E6B">
      <w:r>
        <w:t>Name: ________________________________</w:t>
      </w:r>
    </w:p>
    <w:p w:rsidR="00CE40FA" w:rsidRDefault="00007E6B">
      <w:r>
        <w:t>Mobile: +91 ___________________________</w:t>
      </w:r>
    </w:p>
    <w:p w:rsidR="00CE40FA" w:rsidRDefault="00007E6B">
      <w:r>
        <w:t>Email: _______________________________</w:t>
      </w:r>
    </w:p>
    <w:p w:rsidR="00CE40FA" w:rsidRDefault="00007E6B">
      <w:pPr>
        <w:pStyle w:val="Heading2"/>
      </w:pPr>
      <w:r>
        <w:t>CAREER OBJECTIVE</w:t>
      </w:r>
    </w:p>
    <w:p w:rsidR="00CE40FA" w:rsidRDefault="00007E6B">
      <w:r>
        <w:t xml:space="preserve">A dedicated and empathetic Bachelor of Occupational Therapy (Session </w:t>
      </w:r>
      <w:r>
        <w:t>2019–23) graduate, passionate about helping patients regain independence through therapy interventions. Seeking an opportunity to contribute to a healthcare organization by providing quality occupational therapy services.</w:t>
      </w:r>
    </w:p>
    <w:p w:rsidR="00CE40FA" w:rsidRDefault="00007E6B">
      <w:pPr>
        <w:pStyle w:val="Heading2"/>
      </w:pPr>
      <w:r>
        <w:t>ACADEMIC QUALIFICATION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9"/>
        <w:gridCol w:w="2494"/>
        <w:gridCol w:w="2409"/>
        <w:gridCol w:w="1701"/>
        <w:gridCol w:w="2026"/>
      </w:tblGrid>
      <w:tr w:rsidR="00CE40FA" w:rsidTr="00EF4FB0">
        <w:trPr>
          <w:trHeight w:val="501"/>
        </w:trPr>
        <w:tc>
          <w:tcPr>
            <w:tcW w:w="2009" w:type="dxa"/>
          </w:tcPr>
          <w:p w:rsidR="00CE40FA" w:rsidRDefault="00007E6B">
            <w:r>
              <w:t>Qualificati</w:t>
            </w:r>
            <w:r>
              <w:t>on</w:t>
            </w:r>
          </w:p>
        </w:tc>
        <w:tc>
          <w:tcPr>
            <w:tcW w:w="2494" w:type="dxa"/>
          </w:tcPr>
          <w:p w:rsidR="00CE40FA" w:rsidRDefault="00007E6B">
            <w:r>
              <w:t>Institution Name</w:t>
            </w:r>
          </w:p>
        </w:tc>
        <w:tc>
          <w:tcPr>
            <w:tcW w:w="2409" w:type="dxa"/>
          </w:tcPr>
          <w:p w:rsidR="00CE40FA" w:rsidRDefault="00007E6B">
            <w:r>
              <w:t>Board/University</w:t>
            </w:r>
          </w:p>
        </w:tc>
        <w:tc>
          <w:tcPr>
            <w:tcW w:w="1701" w:type="dxa"/>
          </w:tcPr>
          <w:p w:rsidR="00CE40FA" w:rsidRDefault="00007E6B">
            <w:r>
              <w:t>Year of Passing</w:t>
            </w:r>
          </w:p>
        </w:tc>
        <w:tc>
          <w:tcPr>
            <w:tcW w:w="2026" w:type="dxa"/>
          </w:tcPr>
          <w:p w:rsidR="00CE40FA" w:rsidRDefault="00007E6B">
            <w:r>
              <w:t>Percentage/CGPA</w:t>
            </w:r>
          </w:p>
        </w:tc>
      </w:tr>
      <w:tr w:rsidR="00CE40FA" w:rsidTr="00EF4FB0">
        <w:trPr>
          <w:trHeight w:val="1398"/>
        </w:trPr>
        <w:tc>
          <w:tcPr>
            <w:tcW w:w="2009" w:type="dxa"/>
          </w:tcPr>
          <w:p w:rsidR="00CE40FA" w:rsidRDefault="00007E6B">
            <w:r>
              <w:t>Bachelor of Physiotherapy</w:t>
            </w:r>
          </w:p>
        </w:tc>
        <w:tc>
          <w:tcPr>
            <w:tcW w:w="2494" w:type="dxa"/>
          </w:tcPr>
          <w:p w:rsidR="00CE40FA" w:rsidRDefault="00007E6B">
            <w:r>
              <w:t>Dhanarua School of Nursing &amp; Paramedics, Patna</w:t>
            </w:r>
          </w:p>
        </w:tc>
        <w:tc>
          <w:tcPr>
            <w:tcW w:w="2409" w:type="dxa"/>
          </w:tcPr>
          <w:p w:rsidR="00CE40FA" w:rsidRDefault="00007E6B">
            <w:r>
              <w:t>Aryabhatta Knowledge University, Patna</w:t>
            </w:r>
          </w:p>
        </w:tc>
        <w:tc>
          <w:tcPr>
            <w:tcW w:w="1701" w:type="dxa"/>
          </w:tcPr>
          <w:p w:rsidR="00CE40FA" w:rsidRDefault="00007E6B">
            <w:r>
              <w:t>2023</w:t>
            </w:r>
          </w:p>
        </w:tc>
        <w:tc>
          <w:tcPr>
            <w:tcW w:w="2026" w:type="dxa"/>
          </w:tcPr>
          <w:p w:rsidR="00CE40FA" w:rsidRDefault="00007E6B">
            <w:r>
              <w:t>___%</w:t>
            </w:r>
          </w:p>
        </w:tc>
      </w:tr>
      <w:tr w:rsidR="00CE40FA" w:rsidTr="00EF4FB0">
        <w:trPr>
          <w:trHeight w:val="805"/>
        </w:trPr>
        <w:tc>
          <w:tcPr>
            <w:tcW w:w="2009" w:type="dxa"/>
          </w:tcPr>
          <w:p w:rsidR="00CE40FA" w:rsidRDefault="00007E6B">
            <w:r>
              <w:t>Intermediate (10+2)</w:t>
            </w:r>
          </w:p>
        </w:tc>
        <w:tc>
          <w:tcPr>
            <w:tcW w:w="2494" w:type="dxa"/>
          </w:tcPr>
          <w:p w:rsidR="00CE40FA" w:rsidRDefault="00007E6B">
            <w:r>
              <w:t>_____________________</w:t>
            </w:r>
          </w:p>
        </w:tc>
        <w:tc>
          <w:tcPr>
            <w:tcW w:w="2409" w:type="dxa"/>
          </w:tcPr>
          <w:p w:rsidR="00CE40FA" w:rsidRDefault="00007E6B">
            <w:r>
              <w:t>BSEB</w:t>
            </w:r>
          </w:p>
        </w:tc>
        <w:tc>
          <w:tcPr>
            <w:tcW w:w="1701" w:type="dxa"/>
          </w:tcPr>
          <w:p w:rsidR="00CE40FA" w:rsidRDefault="00007E6B">
            <w:r>
              <w:t>2019</w:t>
            </w:r>
          </w:p>
        </w:tc>
        <w:tc>
          <w:tcPr>
            <w:tcW w:w="2026" w:type="dxa"/>
          </w:tcPr>
          <w:p w:rsidR="00CE40FA" w:rsidRDefault="00007E6B">
            <w:r>
              <w:t>___%</w:t>
            </w:r>
          </w:p>
        </w:tc>
      </w:tr>
      <w:tr w:rsidR="00CE40FA" w:rsidTr="00EF4FB0">
        <w:trPr>
          <w:trHeight w:val="805"/>
        </w:trPr>
        <w:tc>
          <w:tcPr>
            <w:tcW w:w="2009" w:type="dxa"/>
          </w:tcPr>
          <w:p w:rsidR="00CE40FA" w:rsidRDefault="00007E6B">
            <w:r>
              <w:t>Matriculation (10th)</w:t>
            </w:r>
          </w:p>
        </w:tc>
        <w:tc>
          <w:tcPr>
            <w:tcW w:w="2494" w:type="dxa"/>
          </w:tcPr>
          <w:p w:rsidR="00CE40FA" w:rsidRDefault="00007E6B">
            <w:r>
              <w:t>_____________________</w:t>
            </w:r>
          </w:p>
        </w:tc>
        <w:tc>
          <w:tcPr>
            <w:tcW w:w="2409" w:type="dxa"/>
          </w:tcPr>
          <w:p w:rsidR="00CE40FA" w:rsidRDefault="00007E6B">
            <w:r>
              <w:t>BSEB</w:t>
            </w:r>
          </w:p>
        </w:tc>
        <w:tc>
          <w:tcPr>
            <w:tcW w:w="1701" w:type="dxa"/>
          </w:tcPr>
          <w:p w:rsidR="00CE40FA" w:rsidRDefault="00007E6B">
            <w:r>
              <w:t>2017</w:t>
            </w:r>
          </w:p>
        </w:tc>
        <w:tc>
          <w:tcPr>
            <w:tcW w:w="2026" w:type="dxa"/>
          </w:tcPr>
          <w:p w:rsidR="00CE40FA" w:rsidRDefault="00007E6B">
            <w:r>
              <w:t>___%</w:t>
            </w:r>
          </w:p>
        </w:tc>
      </w:tr>
    </w:tbl>
    <w:p w:rsidR="00CE40FA" w:rsidRDefault="00007E6B">
      <w:pPr>
        <w:pStyle w:val="Heading2"/>
      </w:pPr>
      <w:r>
        <w:t>INTERNSHIP DETAILS</w:t>
      </w:r>
    </w:p>
    <w:p w:rsidR="00CE40FA" w:rsidRDefault="00007E6B">
      <w:r w:rsidRPr="00594D0B">
        <w:rPr>
          <w:b/>
        </w:rPr>
        <w:t>Organization</w:t>
      </w:r>
      <w:r>
        <w:t>: Himalaya Medical College &amp; Hospital, Patna</w:t>
      </w:r>
    </w:p>
    <w:p w:rsidR="00CE40FA" w:rsidRDefault="00007E6B">
      <w:r w:rsidRPr="00594D0B">
        <w:rPr>
          <w:b/>
        </w:rPr>
        <w:t>Duration</w:t>
      </w:r>
      <w:r>
        <w:t>: August 2022 – July 2023</w:t>
      </w:r>
    </w:p>
    <w:p w:rsidR="00CE40FA" w:rsidRPr="00594D0B" w:rsidRDefault="00007E6B">
      <w:pPr>
        <w:rPr>
          <w:b/>
        </w:rPr>
      </w:pPr>
      <w:r w:rsidRPr="00594D0B">
        <w:rPr>
          <w:b/>
        </w:rPr>
        <w:t>Department Rotations:</w:t>
      </w:r>
    </w:p>
    <w:p w:rsidR="00CE40FA" w:rsidRDefault="00007E6B">
      <w:r>
        <w:t>• Psychiatry and Mental Health</w:t>
      </w:r>
      <w:r w:rsidR="00594D0B">
        <w:t>,</w:t>
      </w:r>
      <w:r>
        <w:t xml:space="preserve"> Pediatrics and Developmental The</w:t>
      </w:r>
      <w:r>
        <w:t>rapy</w:t>
      </w:r>
      <w:r w:rsidR="00594D0B">
        <w:t xml:space="preserve">, </w:t>
      </w:r>
      <w:r>
        <w:t>Hand Therapy and Splinting</w:t>
      </w:r>
      <w:r w:rsidR="00594D0B">
        <w:t>,</w:t>
      </w:r>
      <w:r>
        <w:t xml:space="preserve"> Community Rehabilitation and ADL Training</w:t>
      </w:r>
      <w:r w:rsidR="00594D0B">
        <w:t xml:space="preserve"> AND </w:t>
      </w:r>
      <w:r>
        <w:t>Ergonomics and Workplace Adaptation</w:t>
      </w:r>
    </w:p>
    <w:p w:rsidR="00CE40FA" w:rsidRDefault="00007E6B">
      <w:pPr>
        <w:pStyle w:val="Heading2"/>
      </w:pPr>
      <w:r>
        <w:t>CLINICAL SKILLS</w:t>
      </w:r>
    </w:p>
    <w:p w:rsidR="00CE40FA" w:rsidRDefault="00007E6B">
      <w:r>
        <w:t>• ADL (Activities of Daily Living) training</w:t>
      </w:r>
    </w:p>
    <w:p w:rsidR="00CE40FA" w:rsidRDefault="00007E6B">
      <w:r>
        <w:t>• Sensory integration and developmental therapy</w:t>
      </w:r>
    </w:p>
    <w:p w:rsidR="00CE40FA" w:rsidRDefault="00007E6B">
      <w:r>
        <w:t>• Splint fabrication and assisti</w:t>
      </w:r>
      <w:r>
        <w:t>ve device adaptation</w:t>
      </w:r>
    </w:p>
    <w:p w:rsidR="00CE40FA" w:rsidRDefault="00007E6B">
      <w:r>
        <w:t>• Ergonomic assessment and workplace modification</w:t>
      </w:r>
    </w:p>
    <w:p w:rsidR="00CE40FA" w:rsidRDefault="00007E6B">
      <w:r>
        <w:t>• Cognitive and behavioral therapy assistance</w:t>
      </w:r>
    </w:p>
    <w:p w:rsidR="00CE40FA" w:rsidRDefault="00007E6B">
      <w:r>
        <w:t>• Documentation and case history maintenance</w:t>
      </w:r>
    </w:p>
    <w:p w:rsidR="00CE40FA" w:rsidRDefault="00007E6B">
      <w:pPr>
        <w:pStyle w:val="Heading2"/>
      </w:pPr>
      <w:r>
        <w:lastRenderedPageBreak/>
        <w:t>PROJECT / RESEARCH WORK</w:t>
      </w:r>
    </w:p>
    <w:p w:rsidR="00CE40FA" w:rsidRDefault="00007E6B">
      <w:r>
        <w:t>Title: ___________________________________________</w:t>
      </w:r>
    </w:p>
    <w:p w:rsidR="00CE40FA" w:rsidRDefault="00007E6B">
      <w:r>
        <w:t xml:space="preserve">Guide: </w:t>
      </w:r>
      <w:r>
        <w:t>___________________________________________</w:t>
      </w:r>
    </w:p>
    <w:p w:rsidR="00CE40FA" w:rsidRDefault="00007E6B">
      <w:pPr>
        <w:pStyle w:val="Heading2"/>
      </w:pPr>
      <w:r>
        <w:t>WORKSHOPS &amp; CERTIFICATIONS</w:t>
      </w:r>
    </w:p>
    <w:p w:rsidR="00CE40FA" w:rsidRDefault="00007E6B">
      <w:r>
        <w:t>• Workshop on “Neurorehabilitation and Gait Training” – 2022</w:t>
      </w:r>
    </w:p>
    <w:p w:rsidR="00CE40FA" w:rsidRDefault="00007E6B">
      <w:r>
        <w:t>• Basic Life Support (BLS) Certification – 2023</w:t>
      </w:r>
    </w:p>
    <w:p w:rsidR="00CE40FA" w:rsidRDefault="00007E6B">
      <w:r>
        <w:t>• Attended CME on “Post-COVID Rehabilitation Techniques” – 2023</w:t>
      </w:r>
    </w:p>
    <w:p w:rsidR="00CE40FA" w:rsidRDefault="00007E6B">
      <w:pPr>
        <w:pStyle w:val="Heading2"/>
      </w:pPr>
      <w:r>
        <w:t xml:space="preserve">TECHNICAL &amp; </w:t>
      </w:r>
      <w:r>
        <w:t>DIGITAL SKILLS</w:t>
      </w:r>
    </w:p>
    <w:p w:rsidR="00CE40FA" w:rsidRDefault="00007E6B">
      <w:r>
        <w:t>• MS Office (Word, Excel, PowerPoint)</w:t>
      </w:r>
    </w:p>
    <w:p w:rsidR="00CE40FA" w:rsidRDefault="00007E6B">
      <w:r>
        <w:t>• Basic Computer Knowledge</w:t>
      </w:r>
    </w:p>
    <w:p w:rsidR="00CE40FA" w:rsidRDefault="00007E6B">
      <w:r>
        <w:t>• Hospital Information System familiarity</w:t>
      </w:r>
    </w:p>
    <w:p w:rsidR="00CE40FA" w:rsidRDefault="00007E6B">
      <w:r>
        <w:t>• Tele-rehabilitation and online consultation awareness</w:t>
      </w:r>
    </w:p>
    <w:p w:rsidR="00CE40FA" w:rsidRDefault="00007E6B">
      <w:pPr>
        <w:pStyle w:val="Heading2"/>
      </w:pPr>
      <w:r>
        <w:t>PERSONAL SKILLS</w:t>
      </w:r>
    </w:p>
    <w:p w:rsidR="00CE40FA" w:rsidRDefault="00007E6B">
      <w:r>
        <w:t>• Strong communication and interpersonal skills</w:t>
      </w:r>
    </w:p>
    <w:p w:rsidR="00CE40FA" w:rsidRDefault="00007E6B">
      <w:r>
        <w:t>• Team-oriente</w:t>
      </w:r>
      <w:r>
        <w:t>d and empathetic</w:t>
      </w:r>
    </w:p>
    <w:p w:rsidR="00CE40FA" w:rsidRDefault="00007E6B">
      <w:r>
        <w:t>• Adaptable to diverse healthcare environments</w:t>
      </w:r>
    </w:p>
    <w:p w:rsidR="00CE40FA" w:rsidRDefault="00007E6B">
      <w:r>
        <w:t>• Committed to professional ethics and patient confidentiality</w:t>
      </w:r>
    </w:p>
    <w:p w:rsidR="00CE40FA" w:rsidRDefault="00007E6B">
      <w:pPr>
        <w:pStyle w:val="Heading2"/>
      </w:pPr>
      <w:r>
        <w:t>PERSONAL DETAILS</w:t>
      </w:r>
    </w:p>
    <w:p w:rsidR="002C567A" w:rsidRDefault="002C567A">
      <w:r>
        <w:t>Father’s Name</w:t>
      </w:r>
      <w:r>
        <w:t>: ___________________</w:t>
      </w:r>
    </w:p>
    <w:p w:rsidR="00CE40FA" w:rsidRDefault="00007E6B">
      <w:r>
        <w:t>Date of Birth: ___________________</w:t>
      </w:r>
    </w:p>
    <w:p w:rsidR="00CE40FA" w:rsidRDefault="00007E6B">
      <w:r>
        <w:t>Gender: ________________________</w:t>
      </w:r>
    </w:p>
    <w:p w:rsidR="00CE40FA" w:rsidRDefault="00007E6B">
      <w:r>
        <w:t>Marital Status: _________________</w:t>
      </w:r>
    </w:p>
    <w:p w:rsidR="00CE40FA" w:rsidRDefault="00007E6B">
      <w:r>
        <w:t xml:space="preserve">Languages </w:t>
      </w:r>
      <w:r>
        <w:t>Known: ______________</w:t>
      </w:r>
    </w:p>
    <w:p w:rsidR="00CE40FA" w:rsidRDefault="00007E6B">
      <w:r>
        <w:t>Nationality: Indian</w:t>
      </w:r>
    </w:p>
    <w:p w:rsidR="00CE40FA" w:rsidRDefault="00007E6B">
      <w:pPr>
        <w:pStyle w:val="Heading2"/>
      </w:pPr>
      <w:r>
        <w:t>DECLARATION</w:t>
      </w:r>
    </w:p>
    <w:p w:rsidR="00CE40FA" w:rsidRDefault="00007E6B">
      <w:r>
        <w:t>I hereby declare that the above information is true and correct to the best of my knowledge and belief.</w:t>
      </w:r>
    </w:p>
    <w:p w:rsidR="0063556E" w:rsidRDefault="0063556E"/>
    <w:p w:rsidR="00CE40FA" w:rsidRDefault="00007E6B">
      <w:r>
        <w:t>Place: ____________________________</w:t>
      </w:r>
      <w:r w:rsidR="0063556E">
        <w:t xml:space="preserve"> </w:t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>(Signature)</w:t>
      </w:r>
    </w:p>
    <w:p w:rsidR="0063556E" w:rsidRDefault="00007E6B" w:rsidP="0063556E">
      <w:r>
        <w:t>Date: _____________________________</w:t>
      </w:r>
      <w:r w:rsidR="0063556E">
        <w:t xml:space="preserve"> </w:t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ab/>
      </w:r>
      <w:r w:rsidR="0063556E">
        <w:t>Name: ____________________________</w:t>
      </w:r>
    </w:p>
    <w:p w:rsidR="00CE40FA" w:rsidRDefault="00CE40FA">
      <w:bookmarkStart w:id="0" w:name="_GoBack"/>
      <w:bookmarkEnd w:id="0"/>
    </w:p>
    <w:sectPr w:rsidR="00CE40FA" w:rsidSect="00EF4FB0"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7E6B"/>
    <w:rsid w:val="00034616"/>
    <w:rsid w:val="0006063C"/>
    <w:rsid w:val="0015074B"/>
    <w:rsid w:val="00185A89"/>
    <w:rsid w:val="0029639D"/>
    <w:rsid w:val="002C567A"/>
    <w:rsid w:val="00326F90"/>
    <w:rsid w:val="004173B3"/>
    <w:rsid w:val="00594D0B"/>
    <w:rsid w:val="0063556E"/>
    <w:rsid w:val="00677C22"/>
    <w:rsid w:val="008B3A5E"/>
    <w:rsid w:val="00AA1D8D"/>
    <w:rsid w:val="00B47730"/>
    <w:rsid w:val="00CB0664"/>
    <w:rsid w:val="00CE40FA"/>
    <w:rsid w:val="00EF4FB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1276F6-C910-4835-A81D-392DB9192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2563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10</cp:revision>
  <dcterms:created xsi:type="dcterms:W3CDTF">2013-12-23T23:15:00Z</dcterms:created>
  <dcterms:modified xsi:type="dcterms:W3CDTF">2025-10-07T06:50:00Z</dcterms:modified>
  <cp:category/>
</cp:coreProperties>
</file>